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AB87E" w14:textId="77777777" w:rsidR="00D4715D" w:rsidRDefault="00000000">
      <w:pPr>
        <w:spacing w:after="120"/>
      </w:pPr>
      <w:r>
        <w:rPr>
          <w:b/>
          <w:sz w:val="40"/>
        </w:rPr>
        <w:t>FHA Gift Letter</w:t>
      </w:r>
    </w:p>
    <w:p w14:paraId="59DF4794" w14:textId="77777777" w:rsidR="00D4715D" w:rsidRDefault="00000000">
      <w:pPr>
        <w:spacing w:after="240"/>
      </w:pPr>
      <w:r>
        <w:t>Instructions: Borrower and donor complete all fields. Signatures are required. Attach documentation showing that the funds came from an acceptable source and that the transfer to the borrower occurred.</w:t>
      </w:r>
    </w:p>
    <w:p w14:paraId="65C9E0B0" w14:textId="1461ABEC" w:rsidR="00D4715D" w:rsidRDefault="00000000" w:rsidP="0032399E">
      <w:pPr>
        <w:pStyle w:val="Body"/>
        <w:spacing w:after="100" w:line="240" w:lineRule="auto"/>
      </w:pPr>
      <w:r>
        <w:t>Borrower full name(s): ________________________________</w:t>
      </w:r>
      <w:r w:rsidR="00A3263B">
        <w:t>___</w:t>
      </w:r>
    </w:p>
    <w:p w14:paraId="0CBDBDAC" w14:textId="6A5D325B" w:rsidR="00D4715D" w:rsidRDefault="00000000" w:rsidP="0032399E">
      <w:pPr>
        <w:pStyle w:val="Body"/>
        <w:spacing w:after="100" w:line="240" w:lineRule="auto"/>
      </w:pPr>
      <w:r>
        <w:t>Property address: _____________________________________</w:t>
      </w:r>
      <w:r w:rsidR="00A3263B">
        <w:t>__</w:t>
      </w:r>
    </w:p>
    <w:p w14:paraId="66221B04" w14:textId="77777777" w:rsidR="00D4715D" w:rsidRDefault="00000000" w:rsidP="0032399E">
      <w:pPr>
        <w:pStyle w:val="Body"/>
        <w:spacing w:after="100" w:line="240" w:lineRule="auto"/>
      </w:pPr>
      <w:r>
        <w:t>Amount of gift: $_________________</w:t>
      </w:r>
    </w:p>
    <w:p w14:paraId="457356BF" w14:textId="77777777" w:rsidR="00D4715D" w:rsidRDefault="00000000" w:rsidP="0032399E">
      <w:pPr>
        <w:pStyle w:val="Body"/>
        <w:spacing w:after="100" w:line="240" w:lineRule="auto"/>
      </w:pPr>
      <w:r>
        <w:t>Date of gift transfer (or expected date): _______________</w:t>
      </w:r>
    </w:p>
    <w:p w14:paraId="74D3C59C" w14:textId="77777777" w:rsidR="00D4715D" w:rsidRDefault="00D4715D" w:rsidP="0032399E">
      <w:pPr>
        <w:pStyle w:val="Body"/>
        <w:spacing w:after="0" w:line="240" w:lineRule="auto"/>
      </w:pPr>
    </w:p>
    <w:p w14:paraId="7B50E4E9" w14:textId="77777777" w:rsidR="00D4715D" w:rsidRDefault="00000000" w:rsidP="0032399E">
      <w:pPr>
        <w:pStyle w:val="Body"/>
        <w:spacing w:after="120" w:line="240" w:lineRule="auto"/>
      </w:pPr>
      <w:r>
        <w:rPr>
          <w:b/>
        </w:rPr>
        <w:t>Donor information</w:t>
      </w:r>
    </w:p>
    <w:p w14:paraId="696AA691" w14:textId="7A096C2E" w:rsidR="00D4715D" w:rsidRDefault="00000000" w:rsidP="0032399E">
      <w:pPr>
        <w:pStyle w:val="Body"/>
        <w:spacing w:after="100" w:line="240" w:lineRule="auto"/>
      </w:pPr>
      <w:r>
        <w:t>Donor full name: ______________________________________</w:t>
      </w:r>
      <w:r w:rsidR="00A3263B">
        <w:t>_</w:t>
      </w:r>
    </w:p>
    <w:p w14:paraId="7956758C" w14:textId="5A07D87F" w:rsidR="00D4715D" w:rsidRDefault="00000000" w:rsidP="00A3263B">
      <w:pPr>
        <w:pStyle w:val="Body"/>
        <w:spacing w:after="100" w:line="240" w:lineRule="auto"/>
      </w:pPr>
      <w:r>
        <w:t>Relationship to borrower: ______________________________</w:t>
      </w:r>
      <w:r w:rsidR="00A3263B">
        <w:t>__</w:t>
      </w:r>
    </w:p>
    <w:p w14:paraId="04E86609" w14:textId="1C3D548C" w:rsidR="00D4715D" w:rsidRDefault="00000000" w:rsidP="0032399E">
      <w:pPr>
        <w:pStyle w:val="Body"/>
        <w:spacing w:after="100" w:line="240" w:lineRule="auto"/>
      </w:pPr>
      <w:r>
        <w:t>Donor phone: __________________________________________</w:t>
      </w:r>
    </w:p>
    <w:p w14:paraId="629F2994" w14:textId="2A33B1EB" w:rsidR="00D4715D" w:rsidRDefault="00000000" w:rsidP="0032399E">
      <w:pPr>
        <w:pStyle w:val="Body"/>
        <w:spacing w:after="100" w:line="240" w:lineRule="auto"/>
      </w:pPr>
      <w:r>
        <w:t>Source of funds (bank name): ___________________________</w:t>
      </w:r>
      <w:r w:rsidR="00A3263B">
        <w:t>_</w:t>
      </w:r>
      <w:r>
        <w:t>_</w:t>
      </w:r>
    </w:p>
    <w:p w14:paraId="0F0B0975" w14:textId="2F033C79" w:rsidR="00D4715D" w:rsidRDefault="00000000" w:rsidP="0032399E">
      <w:pPr>
        <w:pStyle w:val="Body"/>
        <w:spacing w:after="100" w:line="240" w:lineRule="auto"/>
      </w:pPr>
      <w:r>
        <w:t>Type of account (checking, savings, etc.): _______________</w:t>
      </w:r>
      <w:r w:rsidR="00A3263B">
        <w:t>_____</w:t>
      </w:r>
    </w:p>
    <w:p w14:paraId="35767631" w14:textId="6835570A" w:rsidR="00D4715D" w:rsidRDefault="00000000" w:rsidP="0032399E">
      <w:pPr>
        <w:pStyle w:val="Body"/>
        <w:spacing w:after="100" w:line="240" w:lineRule="auto"/>
      </w:pPr>
      <w:r>
        <w:t>(Optional) Last 4 digits of account used for the transfer: ____</w:t>
      </w:r>
      <w:r w:rsidR="00A3263B">
        <w:t>____</w:t>
      </w:r>
    </w:p>
    <w:p w14:paraId="1CA1017B" w14:textId="77777777" w:rsidR="00D4715D" w:rsidRDefault="00D4715D" w:rsidP="0032399E">
      <w:pPr>
        <w:pStyle w:val="Body"/>
        <w:spacing w:after="0" w:line="240" w:lineRule="auto"/>
      </w:pPr>
    </w:p>
    <w:p w14:paraId="67C290B1" w14:textId="77777777" w:rsidR="00D4715D" w:rsidRDefault="00000000">
      <w:pPr>
        <w:spacing w:after="240"/>
      </w:pPr>
      <w:r>
        <w:t>Donor attestation:</w:t>
      </w:r>
      <w:r>
        <w:br/>
        <w:t>I/we certify that the above funds are a bona fide gift. No repayment is expected or implied. The funds did not come from any person or entity with an interest in the sale of the property, including the seller, real estate agent, broker, builder, loan officer, or any party associated with them.</w:t>
      </w:r>
    </w:p>
    <w:p w14:paraId="2E35BB4E" w14:textId="5E52F76E" w:rsidR="00D4715D" w:rsidRDefault="00000000" w:rsidP="0032399E">
      <w:pPr>
        <w:pStyle w:val="Body"/>
        <w:spacing w:after="120" w:line="240" w:lineRule="auto"/>
      </w:pPr>
      <w:r>
        <w:t>Donor signature: ____________________________</w:t>
      </w:r>
      <w:r w:rsidR="0032399E">
        <w:t>_</w:t>
      </w:r>
      <w:r w:rsidR="00A3263B">
        <w:t>________</w:t>
      </w:r>
      <w:r>
        <w:t xml:space="preserve">   Date: __________</w:t>
      </w:r>
    </w:p>
    <w:p w14:paraId="5E5F737B" w14:textId="50032ECA" w:rsidR="00D4715D" w:rsidRDefault="00000000" w:rsidP="0032399E">
      <w:pPr>
        <w:pStyle w:val="Body"/>
        <w:spacing w:after="120" w:line="240" w:lineRule="auto"/>
      </w:pPr>
      <w:r>
        <w:t>Borrower signature: _________________________</w:t>
      </w:r>
      <w:r w:rsidR="0032399E">
        <w:t>_</w:t>
      </w:r>
      <w:r w:rsidR="00A3263B">
        <w:t>________</w:t>
      </w:r>
      <w:r>
        <w:t xml:space="preserve">   Date: __________</w:t>
      </w:r>
    </w:p>
    <w:p w14:paraId="0EDE0EDA" w14:textId="7FAED309" w:rsidR="00D4715D" w:rsidRDefault="00000000" w:rsidP="0032399E">
      <w:pPr>
        <w:pStyle w:val="Body"/>
        <w:spacing w:after="120" w:line="240" w:lineRule="auto"/>
      </w:pPr>
      <w:r>
        <w:t>Co-borrower signature (if any): _____________</w:t>
      </w:r>
      <w:r w:rsidR="0032399E">
        <w:t>___</w:t>
      </w:r>
      <w:r>
        <w:t>_</w:t>
      </w:r>
      <w:r w:rsidR="00A3263B">
        <w:t>________</w:t>
      </w:r>
      <w:r>
        <w:t xml:space="preserve">   Date: __________</w:t>
      </w:r>
    </w:p>
    <w:p w14:paraId="77EC7A83" w14:textId="77777777" w:rsidR="00D4715D" w:rsidRDefault="00D4715D" w:rsidP="0032399E">
      <w:pPr>
        <w:pStyle w:val="Body"/>
        <w:spacing w:after="0" w:line="240" w:lineRule="auto"/>
      </w:pPr>
    </w:p>
    <w:p w14:paraId="4624F212" w14:textId="77777777" w:rsidR="00D4715D" w:rsidRDefault="00000000" w:rsidP="0032399E">
      <w:pPr>
        <w:pStyle w:val="Body"/>
        <w:spacing w:after="0"/>
      </w:pPr>
      <w:r>
        <w:rPr>
          <w:b/>
        </w:rPr>
        <w:t>Documentation your lender will request</w:t>
      </w:r>
    </w:p>
    <w:p w14:paraId="12676765" w14:textId="77777777" w:rsidR="00D4715D" w:rsidRDefault="00000000" w:rsidP="0032399E">
      <w:pPr>
        <w:pStyle w:val="Body"/>
        <w:spacing w:after="0"/>
      </w:pPr>
      <w:r>
        <w:t>• This completed gift letter signed by donor and borrower(s)</w:t>
      </w:r>
      <w:r>
        <w:br/>
        <w:t>• Evidence that the donor had the funds prior to transfer and that the transfer occurred, such as bank statements, a copy of the cashier’s check or wire, deposit slip, or cancelled check</w:t>
      </w:r>
      <w:r>
        <w:br/>
        <w:t>• If funds were deposited to the borrower’s account, a statement showing receipt of the gift</w:t>
      </w:r>
    </w:p>
    <w:p w14:paraId="23F652C7" w14:textId="77777777" w:rsidR="00D4715D" w:rsidRDefault="00D4715D">
      <w:pPr>
        <w:pStyle w:val="Body"/>
      </w:pPr>
    </w:p>
    <w:p w14:paraId="3BD261E7" w14:textId="77777777" w:rsidR="00D4715D" w:rsidRDefault="00000000">
      <w:pPr>
        <w:spacing w:after="120"/>
      </w:pPr>
      <w:r>
        <w:t>Notice: Lenders must document that gift funds are from an acceptable source per FHA Handbook 4000.1. Some lenders may ask for additional documents. For tax advice about potential gift tax filings, please consult a qualified tax professional.</w:t>
      </w:r>
    </w:p>
    <w:sectPr w:rsidR="00D4715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40028518">
    <w:abstractNumId w:val="8"/>
  </w:num>
  <w:num w:numId="2" w16cid:durableId="1391419523">
    <w:abstractNumId w:val="6"/>
  </w:num>
  <w:num w:numId="3" w16cid:durableId="696195339">
    <w:abstractNumId w:val="5"/>
  </w:num>
  <w:num w:numId="4" w16cid:durableId="828639357">
    <w:abstractNumId w:val="4"/>
  </w:num>
  <w:num w:numId="5" w16cid:durableId="441919178">
    <w:abstractNumId w:val="7"/>
  </w:num>
  <w:num w:numId="6" w16cid:durableId="1783646525">
    <w:abstractNumId w:val="3"/>
  </w:num>
  <w:num w:numId="7" w16cid:durableId="1914267436">
    <w:abstractNumId w:val="2"/>
  </w:num>
  <w:num w:numId="8" w16cid:durableId="1566911804">
    <w:abstractNumId w:val="1"/>
  </w:num>
  <w:num w:numId="9" w16cid:durableId="1663700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399E"/>
    <w:rsid w:val="00326F90"/>
    <w:rsid w:val="00A3263B"/>
    <w:rsid w:val="00AA1D8D"/>
    <w:rsid w:val="00B47730"/>
    <w:rsid w:val="00CB0664"/>
    <w:rsid w:val="00D4715D"/>
    <w:rsid w:val="00E9449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4B48D4"/>
  <w14:defaultImageDpi w14:val="300"/>
  <w15:docId w15:val="{FE79E62E-03D1-487B-B87A-C76E37928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
    <w:name w:val="Body"/>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259</Words>
  <Characters>1715</Characters>
  <Application>Microsoft Office Word</Application>
  <DocSecurity>0</DocSecurity>
  <Lines>36</Lines>
  <Paragraphs>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Chad's Laptop</cp:lastModifiedBy>
  <cp:revision>3</cp:revision>
  <dcterms:created xsi:type="dcterms:W3CDTF">2025-10-15T17:31:00Z</dcterms:created>
  <dcterms:modified xsi:type="dcterms:W3CDTF">2025-10-15T17:40:00Z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c0913ae6-85e7-4427-91dd-853f6aa89cbe</vt:lpwstr>
  </property>
</Properties>
</file>